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🗳️ דף תרגול: הצבעה 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עמדה ונימוק, שיח מכבד. נושאים: 📚 לשון, 🌍 גלובליזציה – כפר עולמי, 🌾 חג הסיגד, 🕎 כסליו–חנוכה.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הצבעה כיתתית – העמדה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אין תשובה נכונה. מחוון: עמדה + נימוק ענייני.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שני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נימוקים ענייניים לשני הצדדים.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שיח מכבד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הכרה בעמדה האחרת + נימוק אישי בטון מכבד.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🗳️ הצבעה כיתתית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הצבעה כיתתית – העמדה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לכל היגד סמנו בעד או נגד, וכתבו נימוק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📚 חשוב להקפיד על דקדוק גם בהודעות קצרות.</w:t>
        <w:br/>
        <w:t>☐ בעד     ☐ נגד     ☐ עוד מתלבט/ת     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🌍 הגלובליזציה הביאה לעולם יותר תועלת מנזק.</w:t>
        <w:br/>
        <w:t>☐ בעד     ☐ נגד     ☐ עוד מתלבט/ת     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🌾 מנהיגות נמדדת ביכולת לשמור על חזון משותף, לא בכוח או בעושר.</w:t>
        <w:br/>
        <w:t>☐ בעד     ☐ נגד     ☐ עוד מתלבט/ת     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🕎 חנוכה הוא חג של תקווה יותר מחג של ניצחון.</w:t>
        <w:br/>
        <w:t>☐ בעד     ☐ נגד     ☐ עוד מתלבט/ת     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להיגד "חשוב להקפיד על דקדוק גם בהודעות קצרות." – כתבו שני נימוקים בעד ושני נימוקים נגד.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13"/>
        <w:gridCol w:w="5213"/>
      </w:tblGrid>
      <w:tr>
        <w:tc>
          <w:tcPr>
            <w:tcW w:type="dxa" w:w="504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👍 בעד</w:t>
            </w:r>
          </w:p>
        </w:tc>
        <w:tc>
          <w:tcPr>
            <w:tcW w:type="dxa" w:w="504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👎 נגד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תגובה מכבדת לחבר/ה שחושב/ת אחרת מכם. התחילו ב"אני מבין/ה ש…, ובכל זאת…".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הצבעה כיתתית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הצבעה כיתתית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