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🗳️ דף תרגול: הצבעה 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עמדה ונימוק, שיח מכבד. נושאים: 📚 לשון,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הצבעה כיתתית –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אין תשובה נכונה. מחוון: עמדה + נימוק ענייני.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נימוקים ענייניים לשני הצדדים.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שיח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הכרה בעמדה האחרת + נימוק אישי בטון מכבד.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🗳️ הצבעה כיתתית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הצבעה כיתתית – העמדה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בעד או נגד. כתבו 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📚 📚 קריאה בספר כיפית יותר ממסך.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🌍 לגלובליזציה יש יותר יתרונות מחסרונות.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🌾 מנהיג טוב מקשיב לכולם.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"📚 קריאה בספר כיפית יותר ממסך." – כתבו נימוק בעד ונימוק נגד.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504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👍 בעד</w:t>
            </w:r>
          </w:p>
        </w:tc>
        <w:tc>
          <w:tcPr>
            <w:tcW w:type="dxa" w:w="504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👎 נגד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השלימו: אני מבין/ה ש…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הצבעה כיתתית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הצבעה כיתתית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