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after="40"/>
        <w:jc w:val="right"/>
      </w:pPr>
      <w:r>
        <w:rPr>
          <w:rFonts w:ascii="Arial" w:hAnsi="Arial" w:cs="Arial" w:eastAsia="Arial"/>
          <w:b/>
          <w:color w:val="4C1D95"/>
          <w:sz w:val="33"/>
          <w:rtl/>
          <w:szCs w:val="33"/>
          <w:bCs/>
        </w:rPr>
        <w:t>🧠 דף תרגול: משחק זיכרון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color w:val="6D28D9"/>
          <w:sz w:val="23"/>
          <w:rtl/>
          <w:szCs w:val="23"/>
          <w:bCs/>
        </w:rPr>
        <w:t>מסלול רגיל · חט״ב</w:t>
      </w:r>
    </w:p>
    <w:p>
      <w:pPr>
        <w:bidi/>
        <w:pStyle w:val="Heading1"/>
        <w:spacing w:after="60" w:before="180"/>
        <w:jc w:val="right"/>
      </w:pPr>
      <w:r>
        <w:rPr>
          <w:rFonts w:ascii="Arial" w:hAnsi="Arial" w:cs="Arial" w:eastAsia="Arial"/>
          <w:b/>
          <w:color w:val="0F172A"/>
          <w:sz w:val="27"/>
          <w:rtl/>
          <w:szCs w:val="27"/>
          <w:bCs/>
        </w:rPr>
        <w:t>מהדורה למורה – מפתח תשובות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sz w:val="20"/>
          <w:rtl/>
          <w:szCs w:val="20"/>
        </w:rPr>
        <w:t>הדף מתרגל את המיומנות של המשחק באתר: מושג ↔ הגדרה. נושאים: 📚 לשון, 🌍 גלובליזציה – כפר עולמי. זמן משוער: 15–25 דק׳. מסלול רגיל.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b/>
          <w:color w:val="4C1D95"/>
          <w:sz w:val="22"/>
          <w:rtl/>
          <w:szCs w:val="22"/>
          <w:bCs/>
        </w:rPr>
        <w:t>חלק א׳ – זוגות: מושג ↔ הגדרה – 📚 לשון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0"/>
          <w:rtl/>
          <w:szCs w:val="20"/>
        </w:rPr>
        <w:t>התאמה: 1–ה · 2–ו · 3–ג · 4–א · 5–ב · 6–ד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b/>
          <w:color w:val="4C1D95"/>
          <w:sz w:val="22"/>
          <w:rtl/>
          <w:szCs w:val="22"/>
          <w:bCs/>
        </w:rPr>
        <w:t>חלק ב׳ – זוגות: סמל ↔ מושג – 🌍 גלובליזציה – כפר עולמי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0"/>
          <w:rtl/>
          <w:szCs w:val="20"/>
        </w:rPr>
        <w:t>התאמה: 1–ה · 2–ו · 3–א · 4–ד · 5–ב · 6–ג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b/>
          <w:color w:val="4C1D95"/>
          <w:sz w:val="22"/>
          <w:rtl/>
          <w:szCs w:val="22"/>
          <w:bCs/>
        </w:rPr>
        <w:t>חלק ג׳ – זוכרים במילים שלי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0"/>
          <w:rtl/>
          <w:szCs w:val="20"/>
        </w:rPr>
        <w:t>הגדרה נכונה במילים אישיות.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b/>
          <w:color w:val="4C1D95"/>
          <w:sz w:val="22"/>
          <w:rtl/>
          <w:szCs w:val="22"/>
          <w:bCs/>
        </w:rPr>
        <w:t>כרטיס יציאה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sz w:val="20"/>
          <w:rtl/>
          <w:szCs w:val="20"/>
        </w:rPr>
        <w:t>תשובות אישיות – לאיסוף מהיר בסוף השיעור.</w:t>
      </w:r>
    </w:p>
    <w:p>
      <w:r>
        <w:br w:type="page"/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color w:val="4C1D95"/>
          <w:sz w:val="31"/>
          <w:rtl/>
          <w:szCs w:val="31"/>
          <w:bCs/>
        </w:rPr>
        <w:t>🧠 משחק זיכרון – דף תרגול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color w:val="6D28D9"/>
          <w:sz w:val="23"/>
          <w:rtl/>
          <w:szCs w:val="23"/>
          <w:bCs/>
        </w:rPr>
        <w:t>מסלול: רגיל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475"/>
        <w:gridCol w:w="3475"/>
        <w:gridCol w:w="3475"/>
      </w:tblGrid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שם: ________________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כיתה: ______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תאריך: __________</w:t>
            </w:r>
          </w:p>
        </w:tc>
      </w:tr>
    </w:tbl>
    <w:p>
      <w:pPr>
        <w:bidi/>
        <w:spacing w:after="20"/>
        <w:jc w:val="right"/>
      </w:pPr>
    </w:p>
    <w:p>
      <w:pPr>
        <w:bidi/>
        <w:pStyle w:val="Heading1"/>
        <w:spacing w:after="60" w:before="180"/>
        <w:jc w:val="right"/>
      </w:pPr>
      <w:r>
        <w:rPr>
          <w:rFonts w:ascii="Arial" w:hAnsi="Arial" w:cs="Arial" w:eastAsia="Arial"/>
          <w:b/>
          <w:color w:val="6D28D9"/>
          <w:sz w:val="27"/>
          <w:rtl/>
          <w:szCs w:val="27"/>
          <w:bCs/>
        </w:rPr>
        <w:t>חלק א׳ – זוגות: מושג ↔ הגדרה – 📚 לשון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sz w:val="23"/>
          <w:rtl/>
          <w:szCs w:val="23"/>
          <w:bCs/>
        </w:rPr>
        <w:t>✏️ התאימו לכל מושג את ההגדרה שלו (כמו הזוגות במשחק הזיכרון).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475"/>
        <w:gridCol w:w="3475"/>
        <w:gridCol w:w="3475"/>
      </w:tblGrid>
      <w:tr>
        <w:tc>
          <w:tcPr>
            <w:tcW w:type="dxa" w:w="4238"/>
            <w:shd w:val="clear" w:color="auto" w:fill="EDE9FE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1"/>
                <w:rtl/>
                <w:szCs w:val="21"/>
                <w:bCs/>
              </w:rPr>
              <w:t>מושג</w:t>
            </w:r>
          </w:p>
        </w:tc>
        <w:tc>
          <w:tcPr>
            <w:tcW w:type="dxa" w:w="1312"/>
            <w:shd w:val="clear" w:color="auto" w:fill="EDE9FE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1"/>
                <w:rtl/>
                <w:szCs w:val="21"/>
                <w:bCs/>
              </w:rPr>
              <w:t>האות</w:t>
            </w:r>
          </w:p>
        </w:tc>
        <w:tc>
          <w:tcPr>
            <w:tcW w:type="dxa" w:w="4541"/>
            <w:shd w:val="clear" w:color="auto" w:fill="EDE9FE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1"/>
                <w:rtl/>
                <w:szCs w:val="21"/>
                <w:bCs/>
              </w:rPr>
              <w:t>הגדרה</w:t>
            </w:r>
          </w:p>
        </w:tc>
      </w:tr>
      <w:tr>
        <w:tc>
          <w:tcPr>
            <w:tcW w:type="dxa" w:w="4238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1. 🌱  שורש</w:t>
            </w:r>
          </w:p>
        </w:tc>
        <w:tc>
          <w:tcPr>
            <w:tcW w:type="dxa" w:w="131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</w:r>
          </w:p>
        </w:tc>
        <w:tc>
          <w:tcPr>
            <w:tcW w:type="dxa" w:w="454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א. נקודה באותיות בגדכפ״ת שמשנה את ההגייה של ב, כ, פ.</w:t>
            </w:r>
          </w:p>
        </w:tc>
      </w:tr>
      <w:tr>
        <w:tc>
          <w:tcPr>
            <w:tcW w:type="dxa" w:w="4238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2. 🧁  משקל</w:t>
            </w:r>
          </w:p>
        </w:tc>
        <w:tc>
          <w:tcPr>
            <w:tcW w:type="dxa" w:w="131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</w:r>
          </w:p>
        </w:tc>
        <w:tc>
          <w:tcPr>
            <w:tcW w:type="dxa" w:w="454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ב. שש האותיות שיכולות לקבל דגש קל.</w:t>
            </w:r>
          </w:p>
        </w:tc>
      </w:tr>
      <w:tr>
        <w:tc>
          <w:tcPr>
            <w:tcW w:type="dxa" w:w="4238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3. 👉  ה״א הידיעה</w:t>
            </w:r>
          </w:p>
        </w:tc>
        <w:tc>
          <w:tcPr>
            <w:tcW w:type="dxa" w:w="131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</w:r>
          </w:p>
        </w:tc>
        <w:tc>
          <w:tcPr>
            <w:tcW w:type="dxa" w:w="454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ג. האות ה בתחילת מילה, שהופכת אותה למוכרת ומיודעת.</w:t>
            </w:r>
          </w:p>
        </w:tc>
      </w:tr>
      <w:tr>
        <w:tc>
          <w:tcPr>
            <w:tcW w:type="dxa" w:w="4238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4. 🔵  דגש קל</w:t>
            </w:r>
          </w:p>
        </w:tc>
        <w:tc>
          <w:tcPr>
            <w:tcW w:type="dxa" w:w="131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</w:r>
          </w:p>
        </w:tc>
        <w:tc>
          <w:tcPr>
            <w:tcW w:type="dxa" w:w="454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ד. מילה שמציינת אדם, חפץ, מקום או רעיון.</w:t>
            </w:r>
          </w:p>
        </w:tc>
      </w:tr>
      <w:tr>
        <w:tc>
          <w:tcPr>
            <w:tcW w:type="dxa" w:w="4238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5. 🔤  בגדכפ״ת</w:t>
            </w:r>
          </w:p>
        </w:tc>
        <w:tc>
          <w:tcPr>
            <w:tcW w:type="dxa" w:w="131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</w:r>
          </w:p>
        </w:tc>
        <w:tc>
          <w:tcPr>
            <w:tcW w:type="dxa" w:w="454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ה. שלוש (בדרך כלל) אותיות שנושאות את המשמעות הבסיסית של המילה.</w:t>
            </w:r>
          </w:p>
        </w:tc>
      </w:tr>
      <w:tr>
        <w:tc>
          <w:tcPr>
            <w:tcW w:type="dxa" w:w="4238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6. 📦  שם עצם</w:t>
            </w:r>
          </w:p>
        </w:tc>
        <w:tc>
          <w:tcPr>
            <w:tcW w:type="dxa" w:w="131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</w:r>
          </w:p>
        </w:tc>
        <w:tc>
          <w:tcPr>
            <w:tcW w:type="dxa" w:w="454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ו. תבנית קבועה של תנועות ותוספות שהשורש „נוצק” לתוכה.</w:t>
            </w:r>
          </w:p>
        </w:tc>
      </w:tr>
    </w:tbl>
    <w:p>
      <w:pPr>
        <w:bidi/>
        <w:spacing w:after="20"/>
        <w:jc w:val="right"/>
      </w:pPr>
    </w:p>
    <w:p>
      <w:pPr>
        <w:bidi/>
        <w:pStyle w:val="Heading1"/>
        <w:spacing w:after="60" w:before="180"/>
        <w:jc w:val="right"/>
      </w:pPr>
      <w:r>
        <w:rPr>
          <w:rFonts w:ascii="Arial" w:hAnsi="Arial" w:cs="Arial" w:eastAsia="Arial"/>
          <w:b/>
          <w:color w:val="6D28D9"/>
          <w:sz w:val="27"/>
          <w:rtl/>
          <w:szCs w:val="27"/>
          <w:bCs/>
        </w:rPr>
        <w:t>חלק ב׳ – זוגות: סמל ↔ מושג – 🌍 גלובליזציה – כפר עולמי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sz w:val="23"/>
          <w:rtl/>
          <w:szCs w:val="23"/>
          <w:bCs/>
        </w:rPr>
        <w:t>✏️ התאימו לכל סמל את המושג שהוא מייצג.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475"/>
        <w:gridCol w:w="3475"/>
        <w:gridCol w:w="3475"/>
      </w:tblGrid>
      <w:tr>
        <w:tc>
          <w:tcPr>
            <w:tcW w:type="dxa" w:w="4238"/>
            <w:shd w:val="clear" w:color="auto" w:fill="EDE9FE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1"/>
                <w:rtl/>
                <w:szCs w:val="21"/>
                <w:bCs/>
              </w:rPr>
              <w:t>סמל</w:t>
            </w:r>
          </w:p>
        </w:tc>
        <w:tc>
          <w:tcPr>
            <w:tcW w:type="dxa" w:w="1312"/>
            <w:shd w:val="clear" w:color="auto" w:fill="EDE9FE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1"/>
                <w:rtl/>
                <w:szCs w:val="21"/>
                <w:bCs/>
              </w:rPr>
              <w:t>האות</w:t>
            </w:r>
          </w:p>
        </w:tc>
        <w:tc>
          <w:tcPr>
            <w:tcW w:type="dxa" w:w="4541"/>
            <w:shd w:val="clear" w:color="auto" w:fill="EDE9FE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1"/>
                <w:rtl/>
                <w:szCs w:val="21"/>
                <w:bCs/>
              </w:rPr>
              <w:t>מושג</w:t>
            </w:r>
          </w:p>
        </w:tc>
      </w:tr>
      <w:tr>
        <w:tc>
          <w:tcPr>
            <w:tcW w:type="dxa" w:w="4238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1. 🌐</w:t>
            </w:r>
          </w:p>
        </w:tc>
        <w:tc>
          <w:tcPr>
            <w:tcW w:type="dxa" w:w="131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</w:r>
          </w:p>
        </w:tc>
        <w:tc>
          <w:tcPr>
            <w:tcW w:type="dxa" w:w="454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א. שרשרת אספקה</w:t>
            </w:r>
          </w:p>
        </w:tc>
      </w:tr>
      <w:tr>
        <w:tc>
          <w:tcPr>
            <w:tcW w:type="dxa" w:w="4238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2. 🏘️</w:t>
            </w:r>
          </w:p>
        </w:tc>
        <w:tc>
          <w:tcPr>
            <w:tcW w:type="dxa" w:w="131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</w:r>
          </w:p>
        </w:tc>
        <w:tc>
          <w:tcPr>
            <w:tcW w:type="dxa" w:w="454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ב. מיקור חוץ</w:t>
            </w:r>
          </w:p>
        </w:tc>
      </w:tr>
      <w:tr>
        <w:tc>
          <w:tcPr>
            <w:tcW w:type="dxa" w:w="4238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3. ⛓️</w:t>
            </w:r>
          </w:p>
        </w:tc>
        <w:tc>
          <w:tcPr>
            <w:tcW w:type="dxa" w:w="131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</w:r>
          </w:p>
        </w:tc>
        <w:tc>
          <w:tcPr>
            <w:tcW w:type="dxa" w:w="454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ג. יתרון יחסי</w:t>
            </w:r>
          </w:p>
        </w:tc>
      </w:tr>
      <w:tr>
        <w:tc>
          <w:tcPr>
            <w:tcW w:type="dxa" w:w="4238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4. 🏢</w:t>
            </w:r>
          </w:p>
        </w:tc>
        <w:tc>
          <w:tcPr>
            <w:tcW w:type="dxa" w:w="131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</w:r>
          </w:p>
        </w:tc>
        <w:tc>
          <w:tcPr>
            <w:tcW w:type="dxa" w:w="454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ד. תאגיד רב-לאומי</w:t>
            </w:r>
          </w:p>
        </w:tc>
      </w:tr>
      <w:tr>
        <w:tc>
          <w:tcPr>
            <w:tcW w:type="dxa" w:w="4238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5. 🔁</w:t>
            </w:r>
          </w:p>
        </w:tc>
        <w:tc>
          <w:tcPr>
            <w:tcW w:type="dxa" w:w="131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</w:r>
          </w:p>
        </w:tc>
        <w:tc>
          <w:tcPr>
            <w:tcW w:type="dxa" w:w="454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ה. גלובליזציה</w:t>
            </w:r>
          </w:p>
        </w:tc>
      </w:tr>
      <w:tr>
        <w:tc>
          <w:tcPr>
            <w:tcW w:type="dxa" w:w="4238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6. ⚖️</w:t>
            </w:r>
          </w:p>
        </w:tc>
        <w:tc>
          <w:tcPr>
            <w:tcW w:type="dxa" w:w="131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</w:r>
          </w:p>
        </w:tc>
        <w:tc>
          <w:tcPr>
            <w:tcW w:type="dxa" w:w="454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ו. כפר עולמי</w:t>
            </w:r>
          </w:p>
        </w:tc>
      </w:tr>
    </w:tbl>
    <w:p>
      <w:pPr>
        <w:bidi/>
        <w:spacing w:after="20"/>
        <w:jc w:val="right"/>
      </w:pPr>
    </w:p>
    <w:p>
      <w:pPr>
        <w:bidi/>
        <w:pStyle w:val="Heading1"/>
        <w:spacing w:after="60" w:before="180"/>
        <w:jc w:val="right"/>
      </w:pPr>
      <w:r>
        <w:rPr>
          <w:rFonts w:ascii="Arial" w:hAnsi="Arial" w:cs="Arial" w:eastAsia="Arial"/>
          <w:b/>
          <w:color w:val="6D28D9"/>
          <w:sz w:val="27"/>
          <w:rtl/>
          <w:szCs w:val="27"/>
          <w:bCs/>
        </w:rPr>
        <w:t>חלק ג׳ – זוכרים במילים שלי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sz w:val="23"/>
          <w:rtl/>
          <w:szCs w:val="23"/>
          <w:bCs/>
        </w:rPr>
        <w:t>✏️ כתבו מהזיכרון הגדרה לשני מושגים מהדף – בלי להסתכל!</w:t>
      </w:r>
    </w:p>
    <w:p>
      <w:pPr>
        <w:bidi/>
        <w:spacing w:after="40"/>
        <w:jc w:val="right"/>
      </w:pPr>
      <w:r>
        <w:rPr>
          <w:rFonts w:ascii="Arial" w:hAnsi="Arial" w:cs="Arial" w:eastAsia="Arial"/>
          <w:sz w:val="23"/>
          <w:rtl/>
          <w:szCs w:val="23"/>
        </w:rPr>
        <w:t>1. המושג: ____________ הוא…</w:t>
      </w:r>
    </w:p>
    <w:p>
      <w:pPr>
        <w:bidi/>
        <w:spacing w:after="60"/>
        <w:jc w:val="right"/>
      </w:pPr>
      <w:r>
        <w:rPr>
          <w:rFonts w:ascii="Arial" w:hAnsi="Arial" w:cs="Arial" w:eastAsia="Arial"/>
          <w:color w:val="94A3B8"/>
          <w:sz w:val="23"/>
          <w:rtl/>
          <w:szCs w:val="23"/>
        </w:rPr>
        <w:t>________________________________________________________________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sz w:val="23"/>
          <w:rtl/>
          <w:szCs w:val="23"/>
        </w:rPr>
        <w:t>2. המושג: ____________ הוא…</w:t>
      </w:r>
    </w:p>
    <w:p>
      <w:pPr>
        <w:bidi/>
        <w:spacing w:after="60"/>
        <w:jc w:val="right"/>
      </w:pPr>
      <w:r>
        <w:rPr>
          <w:rFonts w:ascii="Arial" w:hAnsi="Arial" w:cs="Arial" w:eastAsia="Arial"/>
          <w:color w:val="94A3B8"/>
          <w:sz w:val="23"/>
          <w:rtl/>
          <w:szCs w:val="23"/>
        </w:rPr>
        <w:t>________________________________________________________________</w:t>
      </w:r>
    </w:p>
    <w:p>
      <w:pPr>
        <w:bidi/>
        <w:pStyle w:val="Heading1"/>
        <w:spacing w:after="60" w:before="180"/>
        <w:jc w:val="right"/>
      </w:pPr>
      <w:r>
        <w:rPr>
          <w:rFonts w:ascii="Arial" w:hAnsi="Arial" w:cs="Arial" w:eastAsia="Arial"/>
          <w:b/>
          <w:color w:val="B45309"/>
          <w:sz w:val="27"/>
          <w:rtl/>
          <w:szCs w:val="27"/>
          <w:bCs/>
        </w:rPr>
        <w:t>כרטיס יציאה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426"/>
      </w:tblGrid>
      <w:tr>
        <w:tc>
          <w:tcPr>
            <w:tcW w:type="dxa" w:w="10426"/>
            <w:shd w:val="clear" w:color="auto" w:fill="FFFBEB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3"/>
                <w:rtl/>
                <w:szCs w:val="23"/>
                <w:bCs/>
              </w:rPr>
              <w:t>🎟️ כרטיס יציאה – משחק זיכרון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3"/>
                <w:rtl/>
                <w:szCs w:val="23"/>
              </w:rPr>
              <w:t>✍️ דבר אחד חשוב שלמדתי היום: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color w:val="94A3B8"/>
                <w:sz w:val="23"/>
                <w:rtl/>
                <w:szCs w:val="23"/>
              </w:rPr>
              <w:t>__________________________________________________________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3"/>
                <w:rtl/>
                <w:szCs w:val="23"/>
              </w:rPr>
              <w:t>❓ שאלה אחת שעדיין נשארה לי: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color w:val="94A3B8"/>
                <w:sz w:val="23"/>
                <w:rtl/>
                <w:szCs w:val="23"/>
              </w:rPr>
              <w:t>__________________________________________________________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3"/>
                <w:rtl/>
                <w:szCs w:val="23"/>
              </w:rPr>
              <w:t>🙂 עד כמה הבנתי? הקיפו:   😀   🙂   😐   😟</w:t>
            </w:r>
          </w:p>
        </w:tc>
      </w:tr>
    </w:tbl>
    <w:p>
      <w:pPr>
        <w:bidi/>
        <w:spacing w:after="40"/>
        <w:jc w:val="right"/>
      </w:pPr>
    </w:p>
    <w:p>
      <w:pPr>
        <w:bidi/>
        <w:spacing w:after="40"/>
        <w:jc w:val="right"/>
      </w:pPr>
      <w:r>
        <w:rPr>
          <w:rFonts w:ascii="Arial" w:hAnsi="Arial" w:cs="Arial" w:eastAsia="Arial"/>
          <w:color w:val="64748B"/>
          <w:sz w:val="18"/>
          <w:rtl/>
          <w:szCs w:val="18"/>
        </w:rPr>
        <w:t>יצרה: רוית ראש בן ישי · משחקי טקסט ומשימות – דף תרגול</w:t>
      </w:r>
    </w:p>
    <w:sectPr w:rsidR="00FC693F" w:rsidRPr="0006063C" w:rsidSect="00034616">
      <w:pgSz w:w="12240" w:h="15840"/>
      <w:pgMar w:top="794" w:right="907" w:bottom="794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rFonts w:ascii="Arial" w:hAnsi="Arial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="Arial" w:hAnsi="Arial" w:cs="Arial" w:eastAsia="Arial"/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 – משחק זיכרון – רגיל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