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🧠 דף תרגול: משחק 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מושג ↔ הגדרה. נושאים: 🌾 חג הסיגד, 🕎 כסליו–חנוכה.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זוגות: מושג ↔ הגדרה –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1–ג · 2–ב · 3–ד · 4–א · 5–ה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זוגות: סמל ↔ מושג –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1–ג · 2–ד · 3–ב · 4–ה · 5–א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זוכרים במילים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הגדרה נכונה במילים אישיות.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🧠 משחק זיכרון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קהילה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community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община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جماعة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השתחוות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bowing down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поклон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سجود، انحناء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mountain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гора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جبل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צמו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fasted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постились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صاموا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הקסים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the kessim – spiritual leaders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кесы – духовные лидеры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الكِسّيم – القادة الروحيون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האורית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the Orit – holy scriptures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Орит – священные книги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الأوريت – الكتب المقدسة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טיילת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promenade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набережная, променад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ممشى، كورنيش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הזמנה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invitation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приглашение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دعوة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זוגות: מושג ↔ הגדרה –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מושג ↔ הגדרה.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🎉  חג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ספר קדוש בשפת געז.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⛰️  הר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מקום גבוה מאוד בטבע.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🧔🏾  קס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יום מיוחד ושמח.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📜  אורית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מנהיג דתי של הקהילה.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🍽️  צום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זמן בלי אוכל ובלי מים.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זוגות: סמל ↔ מושג –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סמל ↔ מושג.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סמל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🎉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מסורת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🕎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שמש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🕯️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חנוכה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⭐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חנוכייה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נס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זוכרים במילים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מה זה מושג אחד.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המושג: ____________ הוא…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המושג: ____________ הוא…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משחק זיכרון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משחק זיכרון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