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8"/>
          <w:rtl/>
          <w:szCs w:val="38"/>
          <w:bCs/>
        </w:rPr>
        <w:t>🧠 דף תרגול: משחק זיכרון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 חנ״מ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32"/>
          <w:rtl/>
          <w:szCs w:val="32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הדף מתרגל את המיומנות של המשחק באתר: מושג ↔ הגדרה. נושאים: 🌍 גלובליזציה – כפר עולמי, 🌾 חג הסיגד. זמן משוער: 15–25 דק׳. מסלול חנ״מ: פחות פריטים, 3 אפשרויות, מחסן מילים, גופן גדול; מומלץ להקריא את ההוראות.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א׳ – זוגות: מושג ↔ הגדרה – 🌍 גלובליזציה – כפר עולמי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התאמה: 1–ג · 2–ד · 3–ב · 4–א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ב׳ – זוגות: סמל ↔ מושג – 🌾 חג הסיגד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התאמה: 1–א · 2–ד · 3–ב · 4–ג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ג׳ – זוכרים במילים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הגדרה נכונה במילים אישיות.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6"/>
          <w:rtl/>
          <w:szCs w:val="36"/>
          <w:bCs/>
        </w:rPr>
        <w:t>🧠 משחק זיכרון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מסלול: חנ״מ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א׳ – זוגות: מושג ↔ הגדרה – 🌍 גלובליזציה – כפר עולמי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התאימו מושג ↔ הגדרה.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מושג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הגדרה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1. 🌐  גלובליזציה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א. ארגז מתכת אחיד להובלה.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2. 🏘️  כפר עולמי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ב. הדרך של מוצר מהשדה עד אליי.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3. ⛓️  שרשרת אספקה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ג. העולם מחובר ותלוי זה בזה.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4. 📦  מכולה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ד. המרחקים בעולם נעשים קטנים.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ב׳ – זוגות: סמל ↔ מושג – 🌾 חג הסיגד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התאימו סמל ↔ מושג.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סמל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מושג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1. 🌾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א. סיגד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2. 🧔🏾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ב. אורית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3. 📜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ג. צום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4. 🍽️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ד. קס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ג׳ – זוכרים במילים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כתבו מה זה מושג אחד.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1. המושג: ____________ הוא…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32"/>
          <w:rtl/>
          <w:szCs w:val="32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🎟️ כרטיס יציאה – משחק זיכרון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משחק זיכרון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